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160"/>
        <w:jc w:val="center"/>
        <w:bidi/>
      </w:pPr>
      <w:r>
        <w:rPr>
          <w:rFonts w:ascii="Arial" w:hAnsi="Arial" w:cs="Arial"/>
          <w:b/>
          <w:color w:val="17324D"/>
          <w:sz w:val="60"/>
        </w:rPr>
        <w:t>حُرُوفُنَا الجَمِيلَة</w:t>
      </w:r>
    </w:p>
    <w:p>
      <w:pPr>
        <w:spacing w:after="400"/>
        <w:jc w:val="center"/>
        <w:bidi/>
      </w:pPr>
      <w:r>
        <w:rPr>
          <w:rFonts w:ascii="Arial" w:hAnsi="Arial" w:cs="Arial"/>
          <w:b w:val="0"/>
          <w:color w:val="D26A35"/>
          <w:sz w:val="40"/>
        </w:rPr>
        <w:t>دفتر تلوين وتعلّم الأحرف العربية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00400" cy="4800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1-lion-line-a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40"/>
        <w:jc w:val="center"/>
        <w:bidi/>
      </w:pPr>
      <w:r>
        <w:rPr>
          <w:rFonts w:ascii="Arial" w:hAnsi="Arial" w:cs="Arial"/>
          <w:b/>
          <w:color w:val="17324D"/>
          <w:sz w:val="30"/>
        </w:rPr>
        <w:t>للأطفال من 2 إلى 7 سنوات</w:t>
      </w:r>
    </w:p>
    <w:p>
      <w:pPr>
        <w:spacing w:before="120"/>
        <w:jc w:val="center"/>
        <w:bidi/>
      </w:pPr>
      <w:r>
        <w:rPr>
          <w:rFonts w:ascii="Arial" w:hAnsi="Arial" w:cs="Arial"/>
          <w:b w:val="0"/>
          <w:color w:val="777777"/>
          <w:sz w:val="18"/>
        </w:rPr>
        <w:t>ZOCHMER | LEARN WITH ZEEN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64"/>
          <w:outline/>
        </w:rPr>
        <w:t>ا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أَسَد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078480" cy="46177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1-lion-line-a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64"/>
          <w:outline/>
        </w:rPr>
        <w:t>ا     ا     ا     ا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1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64"/>
          <w:outline/>
        </w:rPr>
        <w:t>ب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بَطَّة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078480" cy="46177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2-duck-line-ar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64"/>
          <w:outline/>
        </w:rPr>
        <w:t>ب     ب     ب     ب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2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64"/>
          <w:outline/>
        </w:rPr>
        <w:t>ت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تُفَّاحَة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078480" cy="461772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3-apple-line-ar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64"/>
          <w:outline/>
        </w:rPr>
        <w:t>ت     ت     ت     ت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3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64"/>
          <w:outline/>
        </w:rPr>
        <w:t>ث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ثَعْلَب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078480" cy="46177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4-fox-line-ar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64"/>
          <w:outline/>
        </w:rPr>
        <w:t>ث     ث     ث     ث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4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64"/>
          <w:outline/>
        </w:rPr>
        <w:t>ج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جَمَل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078480" cy="461772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5-camel-line-ar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64"/>
          <w:outline/>
        </w:rPr>
        <w:t>ج     ج     ج     ج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5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64"/>
          <w:outline/>
        </w:rPr>
        <w:t>ح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حِصَان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6-horse-line-ar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64"/>
          <w:outline/>
        </w:rPr>
        <w:t>ح     ح     ح     ح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6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64"/>
          <w:outline/>
        </w:rPr>
        <w:t>خ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خَرُوف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7-sheep-line-ar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64"/>
          <w:outline/>
        </w:rPr>
        <w:t>خ     خ     خ     خ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7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36"/>
          <w:outline/>
        </w:rPr>
        <w:t>د  ذ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دُبّ وَذُرَة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8-bear-corn-line-ar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54"/>
          <w:outline/>
        </w:rPr>
        <w:t>د  ذ     د  ذ     د  ذ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8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36"/>
          <w:outline/>
        </w:rPr>
        <w:t>ر  ز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رُمَّان وَزَهْرَة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9-pomegranate-flower-line-ar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54"/>
          <w:outline/>
        </w:rPr>
        <w:t>ر  ز     ر  ز     ر  ز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9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36"/>
          <w:outline/>
        </w:rPr>
        <w:t>س  ش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سَمَكَة وَشَمْس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0-fish-sun-line-art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54"/>
          <w:outline/>
        </w:rPr>
        <w:t>س  ش     س  ش     س  ش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10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36"/>
          <w:outline/>
        </w:rPr>
        <w:t>ص  ض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صَقْر وَضِفْدَع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1-falcon-frog-line-art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54"/>
          <w:outline/>
        </w:rPr>
        <w:t>ص  ض     ص  ض     ص  ض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11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36"/>
          <w:outline/>
        </w:rPr>
        <w:t>ط  ظ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طَائِرَة وَظَرْف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2-airplane-envelope-line-art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54"/>
          <w:outline/>
        </w:rPr>
        <w:t>ط  ظ     ط  ظ     ط  ظ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12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64"/>
          <w:outline/>
        </w:rPr>
        <w:t>ع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عَيْن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3-eye-line-art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64"/>
          <w:outline/>
        </w:rPr>
        <w:t>ع     ع     ع     ع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13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64"/>
          <w:outline/>
        </w:rPr>
        <w:t>غ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غَيْمَة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4-cloud-line-art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64"/>
          <w:outline/>
        </w:rPr>
        <w:t>غ     غ     غ     غ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14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64"/>
          <w:outline/>
        </w:rPr>
        <w:t>ف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فَرَاشَة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5-butterfly-line-art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64"/>
          <w:outline/>
        </w:rPr>
        <w:t>ف     ف     ف     ف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15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64"/>
          <w:outline/>
        </w:rPr>
        <w:t>ق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قَمَر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6-crescent-stars-line-art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64"/>
          <w:outline/>
        </w:rPr>
        <w:t>ق     ق     ق     ق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16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64"/>
          <w:outline/>
        </w:rPr>
        <w:t>ك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كِتَاب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7-book-line-art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64"/>
          <w:outline/>
        </w:rPr>
        <w:t>ك     ك     ك     ك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17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36"/>
          <w:outline/>
        </w:rPr>
        <w:t>ل  م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لَيْمُون وَمَوْز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8-lemon-banana-line-art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54"/>
          <w:outline/>
        </w:rPr>
        <w:t>ل  م     ل  م     ل  م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18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36"/>
          <w:outline/>
        </w:rPr>
        <w:t>ن  هـ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نَحْلَة وَهَدِيَّة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9-bee-gift-line-art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54"/>
          <w:outline/>
        </w:rPr>
        <w:t>ن  هـ     ن  هـ     ن  هـ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19  |  حروفنا الجميلة</w:t>
      </w:r>
    </w:p>
    <w:p>
      <w:r>
        <w:br w:type="page"/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000000"/>
          <w:sz w:val="136"/>
          <w:outline/>
        </w:rPr>
        <w:t>و  ي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000000"/>
          <w:sz w:val="46"/>
        </w:rPr>
        <w:t>وَرْدَة وَيَد</w:t>
      </w:r>
    </w:p>
    <w:p>
      <w:pPr>
        <w:spacing w:after="40"/>
        <w:jc w:val="center"/>
        <w:bidi/>
      </w:pPr>
      <w:r>
        <w:rPr>
          <w:rFonts w:ascii="Arial" w:hAnsi="Arial" w:cs="Arial"/>
          <w:b w:val="0"/>
          <w:color w:val="444444"/>
          <w:sz w:val="21"/>
        </w:rPr>
        <w:t>لَوِّنِ الصُّورَةَ، ثُمَّ تَتَبَّعِ الحَرْفَ بِقَلَمِكَ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0-flower-hand-line-art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  <w:bidi/>
      </w:pPr>
      <w:r>
        <w:rPr>
          <w:rFonts w:ascii="Arial" w:hAnsi="Arial" w:cs="Arial"/>
          <w:b w:val="0"/>
          <w:color w:val="A0A0A0"/>
          <w:sz w:val="54"/>
          <w:outline/>
        </w:rPr>
        <w:t>و  ي     و  ي     و  ي</w:t>
      </w:r>
    </w:p>
    <w:p>
      <w:pPr>
        <w:spacing w:before="0" w:after="0"/>
        <w:jc w:val="center"/>
      </w:pPr>
      <w:r>
        <w:rPr>
          <w:rFonts w:ascii="Arial" w:hAnsi="Arial" w:cs="Arial"/>
          <w:b/>
          <w:color w:val="17324D"/>
          <w:sz w:val="18"/>
        </w:rPr>
        <w:t>نتعلم مع زين</w:t>
      </w:r>
      <w:r>
        <w:rPr>
          <w:rFonts w:ascii="Arial" w:hAnsi="Arial" w:cs="Arial"/>
          <w:b w:val="0"/>
          <w:color w:val="666666"/>
          <w:sz w:val="16"/>
        </w:rPr>
        <w:t xml:space="preserve">  |  20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ا ت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أسد وتفاح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1-lion-apple-picnic-cartoon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ا ت     ا ت     ا ت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21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ب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بطة في البركة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2116" cy="461772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2-duck-pond-faux-3d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62116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ب     ب     ب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22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ث ك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ثعلب يقرأ كتابا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2116" cy="461772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3-fox-reading-classic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62116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ث ك     ث ك     ث ك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23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ج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جمل في الصحراء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4-camel-desert-faux-3d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ج     ج     ج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24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ح خ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حصان وخروف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5-horse-sheep-cartoon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ح خ     ح خ     ح خ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25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د ذ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دب وذرة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6-bear-corn-market-cartoon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د ذ     د ذ     د ذ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26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ر ز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رمان وزهرة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7-pomegranate-flower-faux-3d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ر ز     ر ز     ر ز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27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س ش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سمكة وشمس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2116" cy="461772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8-fish-sun-cartoon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62116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س ش     س ش     س ش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28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ص ض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صقر وضفدع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2116" cy="461772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9-falcon-frog-classic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262116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ص ض     ص ض     ص ض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29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ط ظ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طائرة وظرف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0-airplane-envelope-faux-3d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ط ظ     ط ظ     ط ظ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30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ق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قرد وموز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1-monkey-banana-classic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ق     ق     ق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31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ك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حوت وزهرة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2116" cy="461772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2-whale-flower-cartoon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262116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ك     ك     ك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32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ل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زرافة وهلال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2116" cy="461772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3-giraffe-moon-faux-3d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262116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ل     ل     ل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33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م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فيل وعنب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4-elephant-grapes-classic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م     م     م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34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ن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أرنب وفراشة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5-rabbit-butterfly-cartoon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ن     ن     ن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35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هـ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قارب وبطيخ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6-sailboat-watermelon-faux-3d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هـ     هـ     هـ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36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و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بومة وعش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7-owl-eggs-classic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و     و     و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37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ي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قطة وكرة صوف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2116" cy="461772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8-cat-yarn-cartoon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262116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ي     ي     ي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38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مراجعة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سلحفاة وفراولة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9-turtle-strawberry-faux-3d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مراجعة     مراجعة     مراجعة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39  |  حروفنا الجميلة</w:t>
      </w:r>
    </w:p>
    <w:p>
      <w:r>
        <w:br w:type="page"/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8365D"/>
          <w:sz w:val="56"/>
          <w:rtl/>
        </w:rPr>
        <w:t>مراجعة شاملة</w:t>
      </w:r>
    </w:p>
    <w:p>
      <w:pPr>
        <w:spacing w:before="0" w:after="20"/>
        <w:jc w:val="center"/>
        <w:bidi/>
      </w:pPr>
      <w:r>
        <w:rPr>
          <w:rFonts w:ascii="Arial" w:hAnsi="Arial" w:cs="Arial"/>
          <w:b/>
          <w:color w:val="1C5E4F"/>
          <w:sz w:val="36"/>
          <w:rtl/>
        </w:rPr>
        <w:t>مغامرة الحروف</w:t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505050"/>
          <w:sz w:val="22"/>
          <w:rtl/>
        </w:rPr>
        <w:t>لَوِّنِ الصُّورَةَ، ثُمَّ تَتَبَّعِ الحَرْفَ بِقَلَمِكَ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67401" cy="461772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0-alphabet-adventure-final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267401" cy="461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  <w:bidi/>
      </w:pPr>
      <w:r>
        <w:rPr>
          <w:rFonts w:ascii="Arial" w:hAnsi="Arial" w:cs="Arial"/>
          <w:b w:val="0"/>
          <w:color w:val="6E6E6E"/>
          <w:sz w:val="36"/>
          <w:rtl/>
        </w:rPr>
        <w:t>مراجعة شاملة     مراجعة شاملة     مراجعة شاملة</w:t>
      </w:r>
    </w:p>
    <w:p>
      <w:pPr>
        <w:spacing w:before="0" w:after="0"/>
        <w:jc w:val="center"/>
        <w:bidi/>
      </w:pPr>
      <w:r>
        <w:rPr>
          <w:rFonts w:ascii="Arial" w:hAnsi="Arial" w:cs="Arial"/>
          <w:b/>
          <w:color w:val="18365D"/>
          <w:sz w:val="20"/>
          <w:rtl/>
        </w:rPr>
        <w:t>نتعلم مع زين  |  40  |  حروفنا الجميلة</w:t>
      </w:r>
    </w:p>
    <w:sectPr w:rsidR="00FC693F" w:rsidRPr="0006063C" w:rsidSect="00034616">
      <w:pgSz w:w="12240" w:h="15840"/>
      <w:pgMar w:top="792" w:right="792" w:bottom="648" w:left="792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حروفنا الجميلة - 40 صفحة تلوين</dc:title>
  <dc:subject>دفتر تلوين الأحرف العربية للأطفال</dc:subject>
  <dc:creator>نتعلم مع زين</dc:creator>
  <cp:keywords>Arabic alphabet, coloring book, نتعلم مع زين, 40 pages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